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eMPF STUDIOS</w:t>
      </w:r>
    </w:p>
    <w:p>
      <w:pPr>
        <w:pStyle w:val="Title"/>
      </w:pPr>
      <w:r>
        <w:t>Liability Release Form</w:t>
      </w:r>
    </w:p>
    <w:p>
      <w:r>
        <w:t>Print, sign and bring this form to your studio booking.</w:t>
      </w:r>
    </w:p>
    <w:p>
      <w:r>
        <w:t>This Liability Release Agreement ("Agreement") is entered into on this ___ day of _______, ____, by and between:</w:t>
      </w:r>
    </w:p>
    <w:p>
      <w:r>
        <w:t>Studio Owner/Operator: __________________________________ ("Studio")</w:t>
      </w:r>
    </w:p>
    <w:p>
      <w:r>
        <w:t>Renter/Participant: _______________________________________ ("Participant")</w:t>
      </w:r>
    </w:p>
    <w:p>
      <w:r>
        <w:t>Location of Studio: ______________________________________ ("Location")</w:t>
      </w:r>
    </w:p>
    <w:p>
      <w:pPr>
        <w:pStyle w:val="Heading2"/>
      </w:pPr>
      <w:r>
        <w:t>1. Studio Use</w:t>
      </w:r>
    </w:p>
    <w:p>
      <w:r>
        <w:t>Participant agrees to use the Studio and its equipment solely for the purpose of [film production, game production, Social Media, etc.] in accordance with Studio policies and applicable laws.</w:t>
      </w:r>
    </w:p>
    <w:p>
      <w:pPr>
        <w:pStyle w:val="Heading2"/>
      </w:pPr>
      <w:r>
        <w:t>2. Acknowledgment of Risk</w:t>
      </w:r>
    </w:p>
    <w:p>
      <w:r>
        <w:t>Participant acknowledges and agrees that:</w:t>
      </w:r>
    </w:p>
    <w:p>
      <w:r>
        <w:t>Activities involving film production, gaming, or use of Studio facilities may involve inherent risks, including but not limited to physical injury, property damage, or technical malfunctions.</w:t>
      </w:r>
    </w:p>
    <w:p>
      <w:r>
        <w:t>The Studio is not responsible for any accidents, injuries, or damages resulting from Participant’s use of the Studio, its equipment, or facilities.</w:t>
      </w:r>
    </w:p>
    <w:p>
      <w:pPr>
        <w:pStyle w:val="Heading2"/>
      </w:pPr>
      <w:r>
        <w:t>3. Release of Liability</w:t>
      </w:r>
    </w:p>
    <w:p>
      <w:r>
        <w:t>Participant hereby releases, discharges, and holds harmless the Studio, its owners, employees, agents, and representatives from any and all liability, claims, or demands arising out of or related to any injuries, damages, or losses sustained during the use of the Studio, including:</w:t>
      </w:r>
    </w:p>
    <w:p>
      <w:r>
        <w:t>Personal injury</w:t>
      </w:r>
    </w:p>
    <w:p>
      <w:r>
        <w:t>Property damage</w:t>
      </w:r>
    </w:p>
    <w:p>
      <w:r>
        <w:t>Equipment failure</w:t>
      </w:r>
    </w:p>
    <w:p>
      <w:r>
        <w:t>Theft or loss of personal items</w:t>
      </w:r>
    </w:p>
    <w:p>
      <w:r>
        <w:br w:type="page"/>
      </w:r>
    </w:p>
    <w:p>
      <w:pPr>
        <w:pStyle w:val="Heading2"/>
      </w:pPr>
      <w:r>
        <w:t>4. Indemnification</w:t>
      </w:r>
    </w:p>
    <w:p>
      <w:r>
        <w:t>Participant agrees to indemnify and defend the Studio against any claims, lawsuits, or damages arising from Participant's use of the Studio, including negligence, misuse, or unauthorized actions.</w:t>
      </w:r>
    </w:p>
    <w:p>
      <w:pPr>
        <w:pStyle w:val="Heading2"/>
      </w:pPr>
      <w:r>
        <w:t>5. Assumption of Responsibility</w:t>
      </w:r>
    </w:p>
    <w:p>
      <w:r>
        <w:t>Participant assumes full responsibility for any damage caused to Studio property, equipment, or facilities during their rental period. Participant agrees to reimburse the Studio for repair or replacement costs resulting from such damage.</w:t>
      </w:r>
    </w:p>
    <w:p>
      <w:pPr>
        <w:pStyle w:val="Heading2"/>
      </w:pPr>
      <w:r>
        <w:t>6. Rules and Policies</w:t>
      </w:r>
    </w:p>
    <w:p>
      <w:r>
        <w:t>Participant agrees to abide by all rules and guidelines provided by the Studio, including but not limited to safety regulations, noise restrictions, and time limitations. Failure to comply may result in immediate termination of rental and forfeiture of any fees paid, and additional fees.</w:t>
      </w:r>
    </w:p>
    <w:p>
      <w:pPr>
        <w:pStyle w:val="Heading2"/>
      </w:pPr>
      <w:r>
        <w:t>7. Photography and Videography</w:t>
      </w:r>
    </w:p>
    <w:p>
      <w:r>
        <w:t>Participant grants the Studio the right to photograph or record their activities on the premises for promotional or documentation purposes unless otherwise stated in writing prior to the event.</w:t>
      </w:r>
    </w:p>
    <w:p>
      <w:pPr>
        <w:pStyle w:val="Heading2"/>
      </w:pPr>
      <w:r>
        <w:t>8. Governing Law</w:t>
      </w:r>
    </w:p>
    <w:p>
      <w:r>
        <w:t>This Agreement shall be governed by and construed in accordance with the laws of the State of California.</w:t>
      </w:r>
    </w:p>
    <w:p>
      <w:pPr>
        <w:pStyle w:val="Heading2"/>
      </w:pPr>
      <w:r>
        <w:t>9. Entire Agreement</w:t>
      </w:r>
    </w:p>
    <w:p>
      <w:r>
        <w:t>This Agreement represents the entire understanding between the parties and supersedes all prior agreements or discussions. Any modifications must be made in writing and signed by both parties.</w:t>
      </w:r>
    </w:p>
    <w:p>
      <w:r>
        <w:t>By signing below, the Participant acknowledges and agrees to the terms of this Agreement.</w:t>
      </w:r>
    </w:p>
    <w:p>
      <w:pPr>
        <w:spacing w:after="180"/>
      </w:pPr>
      <w:r>
        <w:t>Participant Name: ____________________________</w:t>
        <w:br/>
        <w:t>Signature: ____________________________________</w:t>
        <w:br/>
        <w:t>Date: ________________________________________</w:t>
      </w:r>
    </w:p>
    <w:p>
      <w:pPr>
        <w:spacing w:after="180"/>
      </w:pPr>
      <w:r>
        <w:t>Studio Representative Name: ___________________</w:t>
        <w:br/>
        <w:t>Signature: ____________________________________</w:t>
        <w:br/>
        <w:t>Date: ________________________________________</w:t>
      </w:r>
    </w:p>
    <w:sectPr w:rsidR="00FC693F" w:rsidRPr="0006063C" w:rsidSect="00034616">
      <w:footerReference w:type="default" r:id="rId9"/>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eMPF Studios  •  bookings@empfstudios.com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961A1D"/>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961A1D"/>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961A1D"/>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961A1D"/>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